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At the table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Ordering Wine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for the Table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ordering without knowing every name.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Wine list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Grape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Dry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Price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Taste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21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 you order</w:t>
      </w:r>
      <w:r>
        <w:br/>
      </w:r>
      <w:r>
        <w:rPr>
          <w:b/>
          <w:i w:val="0"/>
          <w:color w:val="111111"/>
          <w:sz w:val="34"/>
        </w:rPr>
        <w:t>wine for the table?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Pick a price, then ask the server for help. Say what you’re eating and what you like. You don’t need to recognize every name on the list.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Once you know five words, you can order without pretending to know more than you do.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Wine list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restaurant’s menu of wines and prices.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Grape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variety a wine is made from.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Dry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wine with no sugar you can taste.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Price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What the restaurant charges for a bottle or glass.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Taste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small pour used to check for faults.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does</w:t>
      </w:r>
      <w:r>
        <w:br/>
      </w:r>
      <w:r>
        <w:rPr>
          <w:b/>
          <w:i w:val="0"/>
          <w:color w:val="111111"/>
          <w:sz w:val="34"/>
        </w:rPr>
        <w:t>ordering go?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Start with a price. The server can narrow the list from there.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Pick a price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Decide what you’ll spend per bottle before reading any names.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Open the list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Note the whites, reds and sparkling wines in your price band.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Ask the server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Say what you’re eating, your price band, and whether you like light or full, dry or a little sweet.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Order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Pick from the server’s suggestions, or name the wine you chose.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Check the label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Make sure the producer, wine and year match what you ordered.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Taste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Smell and sip the small pour to check that the wine isn’t faulty.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Pour for the table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Nod when the wine isn’t faulty, and the server will pour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A regular 750 ml bottle holds about five standard drinks. Allow about one bottle for every five glasses you expect.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Wine list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separate menu, or pages at the back of the main menu.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wine list is the restaurant’s menu of wines and prices.</w:t>
            </w:r>
            <w:r>
              <w:rPr>
                <w:b w:val="0"/>
                <w:i w:val="0"/>
                <w:color w:val="111111"/>
                <w:sz w:val="15"/>
              </w:rPr>
              <w:t xml:space="preserve"> Some wines are sold by the glass as well as the bottle.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prices give you a place to start.</w:t>
            </w:r>
            <w:r>
              <w:rPr>
                <w:b w:val="0"/>
                <w:i w:val="0"/>
                <w:color w:val="111111"/>
                <w:sz w:val="15"/>
              </w:rPr>
              <w:t xml:space="preserve"> Pick your range first, then look at the names.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Start with the numbers.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Names you feel obliged to know.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Wines by the glass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Wines by the glass are sold one glass at a time. By the glass suits a table whose dishes need different wines.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Grape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name such as Pinot Noir or Chardonnay.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grape is the variety a wine is made from.</w:t>
            </w:r>
            <w:r>
              <w:rPr>
                <w:b w:val="0"/>
                <w:i w:val="0"/>
                <w:color w:val="111111"/>
                <w:sz w:val="15"/>
              </w:rPr>
              <w:t xml:space="preserve"> The grape helps set a wine’s body, how heavy and rich it tastes.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few names cover a lot.</w:t>
            </w:r>
            <w:r>
              <w:rPr>
                <w:b w:val="0"/>
                <w:i w:val="0"/>
                <w:color w:val="111111"/>
                <w:sz w:val="15"/>
              </w:rPr>
              <w:t xml:space="preserve"> Pinot Noir is usually a light red and Cabernet Sauvignon a full one, while Chardonnay is often a full white.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Choose by body.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Place names instead of grapes.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Region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Some wines are listed by place, such as Chablis or Rioja. Ask the server which grape and style a place name means.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Dry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word on a list or label, or a question from the server.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Dry means the wine isn’t sweet.</w:t>
            </w:r>
            <w:r>
              <w:rPr>
                <w:b w:val="0"/>
                <w:i w:val="0"/>
                <w:color w:val="111111"/>
                <w:sz w:val="15"/>
              </w:rPr>
              <w:t xml:space="preserve"> All the sugar you could taste has turned into alcohol.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Dry tells the server how much sweetness you want.</w:t>
            </w:r>
            <w:r>
              <w:rPr>
                <w:b w:val="0"/>
                <w:i w:val="0"/>
                <w:color w:val="111111"/>
                <w:sz w:val="15"/>
              </w:rPr>
              <w:t xml:space="preserve"> Ask for off-dry if you’d like a little, as in many Rieslings.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Dry means not sweet.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drying feel is tannin.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Dry mouthfeel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dry wine isn’t sweet. A wine can also feel drying in your mouth, which comes from tannin, not sugar.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Price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column of numbers beside the wines.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Price is what the restaurant charges for a bottle or glass.</w:t>
            </w:r>
            <w:r>
              <w:rPr>
                <w:b w:val="0"/>
                <w:i w:val="0"/>
                <w:color w:val="111111"/>
                <w:sz w:val="15"/>
              </w:rPr>
              <w:t xml:space="preserve"> Markups run from 50 to 400 percent and vary across the list.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price band lets the server rule out most of the list.</w:t>
            </w:r>
            <w:r>
              <w:rPr>
                <w:b w:val="0"/>
                <w:i w:val="0"/>
                <w:color w:val="111111"/>
                <w:sz w:val="15"/>
              </w:rPr>
              <w:t xml:space="preserve"> Say it plainly when you ask for help.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Give a price band.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Keeping your budget secret.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Second-cheapest bottle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second-cheapest bottle has a reputation as the worst deal. In one study of 235 London wine lists from 2015, its markup was on average below the next four wines up in price.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Taste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small pour the server gives the host.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taste is the small pour you use to check the wine isn’t faulty.</w:t>
            </w:r>
            <w:r>
              <w:rPr>
                <w:b w:val="0"/>
                <w:i w:val="0"/>
                <w:color w:val="111111"/>
                <w:sz w:val="15"/>
              </w:rPr>
              <w:t xml:space="preserve"> Corked wine smells musty, like wet cardboard.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You’re checking the bottle, not your choice.</w:t>
            </w:r>
            <w:r>
              <w:rPr>
                <w:b w:val="0"/>
                <w:i w:val="0"/>
                <w:color w:val="111111"/>
                <w:sz w:val="15"/>
              </w:rPr>
              <w:t xml:space="preserve"> If the wine smells musty, mouldy or flat, ask for another bottle.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Smell, sip, then nod.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Musty, mouldy or flat.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Liking it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taste is for faults, not your liking. If a bottle has no fault and you don’t like it, you can still ask kindly about another.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Common questions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Do I have to order right away?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No. Take your time. A glass of something sparkling to start buys a few minutes.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Glass or bottle?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By the glass helps when the table’s dishes are very different. For a large table, order a few bottles.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Where’s the good value?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Look for less familiar regions and grapes. In the London study, percentage markups were highest on mid-range wines.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Do I smell the cork?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No. Little can be learned from it, and presenting the cork is mostly for show.</w:t>
            </w:r>
          </w:p>
        </w:tc>
      </w:tr>
    </w:tbl>
    <w:p>
      <w:pPr>
        <w:spacing w:before="0" w:after="40" w:line="55" w:lineRule="exact"/>
      </w:pPr>
    </w:p>
    <w:p>
      <w:pPr>
        <w:sectPr>
          <w:footerReference w:type="default" r:id="rId22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in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Wine Spectator, What is “dry” wine?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July 2022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winespectator.com/articles/what-is-dry-wine-aren-t-all-wines-wet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Wine Spectator, What is an “off-dry” wine?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August 2018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winespectator.com/articles/what-is-off-dry-wine-56827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Wine Folly, What Is Wine Body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February 2025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winefolly.com/tips/what-is-wine-body-and-how-to-taste-it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AAWE Working Paper 264, Is the Second-Cheapest Wine a Rip-Off?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March 2021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wine-economics.org/wp-content/uploads/2021/04/AAWE_WP264.pdf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Decanter, How to Order Wine Like a Pro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April 2022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decanter.com/learn/how-to-order-wine-like-a-pro-395777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Decanter, How to Taste Wine in a Restaurant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April 2022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decanter.com/learn/taste-wine-in-the-restaurant-364949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Wine Folly, How to Order Wine at a Restaurant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winefolly.com/tips/how-to-order-wine-at-a-restaurant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Wine Folly, Awkward Moments: Ordering Wine in a Restaurant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August 2024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winefolly.com/lifestyle/awkward-moments-ordering-wine-in-a-restaurant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NIAAA, How Many Drinks Are in Common Containers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rethinkingdrinking.niaaa.nih.gov/how-much-too-much/how-many-drinks-are-common-containers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Ordering Wine for the Table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ordering without knowing every name.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4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8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0.4.0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Ordering Wine for the Table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footer" Target="footer3.xml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Ordering Wine for the Table</dc:title>
  <dc:subject>A pocket-sized guide to ordering without knowing every name.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