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Around the house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02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Loading a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Dishwasher</w:t>
            </w:r>
          </w:p>
        </w:tc>
      </w:tr>
    </w:tbl>
    <w:p>
      <w:pPr>
        <w:spacing w:before="240" w:after="312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loading a dishwasher, and settling the arguments about it.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3680"/>
            <w:gridSpan w:val="4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Bottom rack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</w:tcPr>
          <w:p/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Top rack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3680"/>
            <w:gridSpan w:val="4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Cutlery basket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</w:tcPr>
          <w:p/>
        </w:tc>
      </w:tr>
      <w:tr>
        <w:trPr>
          <w:trHeight w:val="920" w:hRule="exact"/>
        </w:trPr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0"/>
            <w:gridSpan w:val="5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Spray arm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Detergent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entry_05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6</w:t>
            </w:r>
            <w:r>
              <w:fldChar w:fldCharType="end"/>
            </w:r>
          </w:p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19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Is there a right way</w:t>
      </w:r>
      <w:r>
        <w:br/>
      </w:r>
      <w:r>
        <w:rPr>
          <w:b/>
          <w:i w:val="0"/>
          <w:color w:val="111111"/>
          <w:sz w:val="34"/>
        </w:rPr>
        <w:t>to load a dishwasher?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There is a right way to load a dishwasher, and the people who make them mostly agree on it, which is more than can be said for some kitchens. Water sprays up from an arm under each rack, so a dish comes clean when its dirty side faces the spray and nothing blocks the way.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The makers disagree on a few details, such as cutlery and glasses. When they do, your own dishwasher’s manual wins.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Bottom rack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lower rack, for plates, pots, pans and big items.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Top rack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upper rack, for cups, glasses, small bowls and plastics.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Cutlery basket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basket that holds knives, forks and spoons upright.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Spray arm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turning arm under a rack that sprays water up.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Detergent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What goes in the dispenser and breaks down food.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Where does</w:t>
      </w:r>
      <w:r>
        <w:br/>
      </w:r>
      <w:r>
        <w:rPr>
          <w:b/>
          <w:i w:val="0"/>
          <w:color w:val="111111"/>
          <w:sz w:val="34"/>
        </w:rPr>
        <w:t>everything go?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3733800" cy="3123702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1237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Put each item where water can reach its dirty side and drain away. Before you start, check that nothing blocks the detergent dispenser or stops a spray arm turning.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140" w:type="dxa"/>
          <w:bottom w:w="140" w:type="dxa"/>
          <w:right w:w="14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</w:tcPr>
          <w:p>
            <w:r>
              <w:rPr>
                <w:b/>
                <w:i w:val="0"/>
                <w:color w:val="111111"/>
                <w:sz w:val="14"/>
              </w:rPr>
              <w:t>Tip.</w:t>
            </w:r>
            <w:r>
              <w:rPr>
                <w:b w:val="0"/>
                <w:i w:val="0"/>
                <w:color w:val="111111"/>
                <w:sz w:val="14"/>
              </w:rPr>
              <w:t xml:space="preserve"> Scrape off large bits of food, but don’t rinse dishes under the tap. Rinsing adds water and energy, and most dishwasher detergents use enzymes to break down food.</w:t>
            </w:r>
          </w:p>
        </w:tc>
      </w:tr>
    </w:tbl>
    <w:p>
      <w:pPr>
        <w:spacing w:before="0" w:after="8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Bottom rack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lower of the two main racks.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bottom rack holds plates, pots, pans and other large items.</w:t>
            </w:r>
            <w:r>
              <w:rPr>
                <w:b w:val="0"/>
                <w:i w:val="0"/>
                <w:color w:val="111111"/>
                <w:sz w:val="15"/>
              </w:rPr>
              <w:t xml:space="preserve"> Stand plates on their sides between the tines, facing the middle, and put pots and pans open side down.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bottom rack gets the strongest spray, so the dirtiest things go here.</w:t>
            </w:r>
            <w:r>
              <w:rPr>
                <w:b w:val="0"/>
                <w:i w:val="0"/>
                <w:color w:val="111111"/>
                <w:sz w:val="15"/>
              </w:rPr>
              <w:t xml:space="preserve"> Keep platters clear of the spray arm.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Job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Hold big, dirty items.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Blocking the dispenser.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Clean stacked dishes.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Top rack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The bottom rack gets the strongest spray, for heavy and dirty things. The top rack is for small, light and delicate ones.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Top rack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upper rack, for smaller items.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top rack holds cups, glasses, small bowls and plastics.</w:t>
            </w:r>
            <w:r>
              <w:rPr>
                <w:b w:val="0"/>
                <w:i w:val="0"/>
                <w:color w:val="111111"/>
                <w:sz w:val="15"/>
              </w:rPr>
              <w:t xml:space="preserve"> Put them open side down, angled and apart.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top rack usually runs cooler, which keeps plastic from melting.</w:t>
            </w:r>
            <w:r>
              <w:rPr>
                <w:b w:val="0"/>
                <w:i w:val="0"/>
                <w:color w:val="111111"/>
                <w:sz w:val="15"/>
              </w:rPr>
              <w:t xml:space="preserve"> Makers differ on glasses in the bottom rack.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Job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Hold small, light items.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Glasses touching.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Save unsafe plastic.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Third rack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third rack, on machines that have one, is a cutlery tray. Miele says to group the pieces in it by kind.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Cutlery basket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basket with sections, in the bottom rack.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cutlery basket holds knives, forks and spoons upright.</w:t>
            </w:r>
            <w:r>
              <w:rPr>
                <w:b w:val="0"/>
                <w:i w:val="0"/>
                <w:color w:val="111111"/>
                <w:sz w:val="15"/>
              </w:rPr>
              <w:t xml:space="preserve"> Mix the pieces so they don’t nest, and most makers say knives point down.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Makers split on forks and spoons.</w:t>
            </w:r>
            <w:r>
              <w:rPr>
                <w:b w:val="0"/>
                <w:i w:val="0"/>
                <w:color w:val="111111"/>
                <w:sz w:val="15"/>
              </w:rPr>
              <w:t xml:space="preserve"> Miele says handles up is safer for knives and forks, and handles down cleans better.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Job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Hold cutlery upright.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Spoons nesting.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End the argument.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Silverware basket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silverware basket is the same thing. Many US manuals use that name, so look for either in yours.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Spray arm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turning arm under each rack.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spray arm turns under a rack and sprays wash water up through it.</w:t>
            </w:r>
            <w:r>
              <w:rPr>
                <w:b w:val="0"/>
                <w:i w:val="0"/>
                <w:color w:val="111111"/>
                <w:sz w:val="15"/>
              </w:rPr>
              <w:t xml:space="preserve"> Each arm needs room to turn.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pan handle or utensil hanging through a rack can stop an arm.</w:t>
            </w:r>
            <w:r>
              <w:rPr>
                <w:b w:val="0"/>
                <w:i w:val="0"/>
                <w:color w:val="111111"/>
                <w:sz w:val="15"/>
              </w:rPr>
              <w:t xml:space="preserve"> Turn each spray arm by hand before you start, to check that it spins.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Job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Spray water at dishes.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Tall or hanging items.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Reach blocked surfaces.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Filter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The spray arm moves water around the dishwasher. The filter catches food from that water and needs cleaning regularly.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5" w:name="entry_05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Detergent</w:t>
            </w:r>
            <w:bookmarkEnd w:id="5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pod, tablet, powder or gel in the door dispenser.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Most dishwasher detergents use enzymes to break down starch and protein.</w:t>
            </w:r>
            <w:r>
              <w:rPr>
                <w:b w:val="0"/>
                <w:i w:val="0"/>
                <w:color w:val="111111"/>
                <w:sz w:val="15"/>
              </w:rPr>
              <w:t xml:space="preserve"> One tablet or pod is enough.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Put it in the dispenser and close the lid.</w:t>
            </w:r>
            <w:r>
              <w:rPr>
                <w:b w:val="0"/>
                <w:i w:val="0"/>
                <w:color w:val="111111"/>
                <w:sz w:val="15"/>
              </w:rPr>
              <w:t xml:space="preserve"> Never use hand dish soap, which foams too much.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Job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Break down food.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Hand dish soap.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Escape a blocked lid.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Rinse aid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Detergent removes food during washing. Rinse aid helps water drain off, which improves drying and reduces spots.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The usual arguments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Rinse first?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No. Scrape off food and skip the tap. If dishes will sit overnight, run the dishwasher’s rinse cycle instead.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Knives, forks and spoons up or down?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Most makers say knives point down. Mix the rest so nothing nests. Makers split on forks and spoons.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Pod in the dispenser or loose in the tub?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In the dispenser, with the lid closed.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Run it only when full?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When you can, since a dishwasher uses about the same water and energy either way. Leave room for the water to reach everything.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Run the hot tap first?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Whirlpool says yes, because cool water can mean a poor wash. Run the nearest hot tap until the water is hot.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When advice differs, your dishwasher’s manual wins.</w:t>
      </w:r>
    </w:p>
    <w:p>
      <w:pPr>
        <w:sectPr>
          <w:footerReference w:type="default" r:id="rId20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These public sources were checked in October 2026.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Bosch, Use and Care Manual, Dishwasher SHP78CF5N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media3.bosch-home.com/Documents/9001906312_A.pdf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Miele, Operating instructions, Dishwasher G 7106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media.miele.com/downloads/c7/21/00_F61547C6F7151EEDB7BBD8C9070EC721.pdf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Whirlpool, Getting the Best Results when Using a Dishwasher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producthelp.whirlpool.com/Dishwashers/Product_Info/Dishwasher_Tips_and_Tricks/Getting_the_Best_Results_when_Using_a_Dishwasher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GE Appliances, Dishwasher - Loading Tips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products.geappliances.com/appliance/gea-support-search-content?contentId=19573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Frigidaire, Dishwasher - Loading Guide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owner.frigidaire.com/support-articles/article/1834625-dishwasher-loading-guide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Cascade, Tips for Loading a Dishwasher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cascadeclean.com/en-us/how-to/lessons-on-loading/how-to-load-a-dishwasher/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ENERGY STAR, Dishwashers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energystar.gov/products/dishwashers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GE Appliances, Dishwasher - Proper Silverware Loading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products.geappliances.com/appliance/gea-support-search-content?contentId=18915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Loading a Dishwasher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loading a dishwasher, and settling the arguments about it.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34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28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0.6.0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Loading a Dishwasher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footer" Target="footer1.xml"/><Relationship Id="rId20" Type="http://schemas.openxmlformats.org/officeDocument/2006/relationships/footer" Target="footer2.xml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footer" Target="footer3.xml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Loading a Dishwasher</dc:title>
  <dc:subject>A pocket-sized guide to loading a dishwasher, and settling the arguments about it.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