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At the table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Grilled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Cheese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crisp bread and melted cheese.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Bread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Cheese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Butter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Heat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7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makes a good</w:t>
      </w:r>
      <w:r>
        <w:br/>
      </w:r>
      <w:r>
        <w:rPr>
          <w:b/>
          <w:i w:val="0"/>
          <w:color w:val="111111"/>
          <w:sz w:val="34"/>
        </w:rPr>
        <w:t>grilled cheese?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good grilled cheese has crisp, golden bread around completely melted cheese. Keep the heat medium-low and give the cheese time to melt before the bread burns. Butter melted in the pan does the browning.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job comes down to bread, cheese, butter and heat. Strong opinions about each are available, but lunch only needs all four working together.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Bread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two slices that turn crisp and golden.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Cheese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melting filling between the bread.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Butter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fat that browns the outside.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Heat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burner setting that controls the cooking speed.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does it</w:t>
      </w:r>
      <w:r>
        <w:br/>
      </w:r>
      <w:r>
        <w:rPr>
          <w:b/>
          <w:i w:val="0"/>
          <w:color w:val="111111"/>
          <w:sz w:val="34"/>
        </w:rPr>
        <w:t>come together?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Use about 1 tablespoon of butter for each sandwich. Cook until each side is golden and the cheese has melted.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Heat the pan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Set a skillet over medium-low heat.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Butter the pan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Melt about half a tablespoon of butter. Swirl it around the pan.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Add the sandwich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Put the cheese between two slices of bread, then lay the sandwich in the melted butter.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Cook the first side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Cook uncovered and without pressing until the bottom is golden, about 3 to 5 minutes.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Flip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Turn the sandwich over with a spatula, and add another half tablespoon of butter to the pan beside it.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Cook the second side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Cook for about 3 to 4 minutes, until golden and the cheese has melted.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Tip.</w:t>
            </w:r>
            <w:r>
              <w:rPr>
                <w:b w:val="0"/>
                <w:i w:val="0"/>
                <w:color w:val="111111"/>
                <w:sz w:val="14"/>
              </w:rPr>
              <w:t xml:space="preserve"> Shredded cheese melts faster than sliced, so all of it melts before the bread finishes toasting.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Bread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Two slices cut from a loaf.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Bread is the outside of the sandwich, which turns crisp in the pan.</w:t>
            </w:r>
            <w:r>
              <w:rPr>
                <w:b w:val="0"/>
                <w:i w:val="0"/>
                <w:color w:val="111111"/>
                <w:sz w:val="15"/>
              </w:rPr>
              <w:t xml:space="preserve"> Sliced white bread is the usual choice, and sourdough or potato bread work too.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Sturdy bread holds the cheese in.</w:t>
            </w:r>
            <w:r>
              <w:rPr>
                <w:b w:val="0"/>
                <w:i w:val="0"/>
                <w:color w:val="111111"/>
                <w:sz w:val="15"/>
              </w:rPr>
              <w:t xml:space="preserve"> Airy bread such as focaccia lets melted cheese seep through and burn.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Use two sturdy slices.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Large holes that leak cheese.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Panini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panini press closes on the sandwich and cooks both sides at once. A grilled cheese cooks one side at a time in an open pan.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Cheese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Slices or a handful of shredded cheese.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Cheese is the filling that melts between the bread.</w:t>
            </w:r>
            <w:r>
              <w:rPr>
                <w:b w:val="0"/>
                <w:i w:val="0"/>
                <w:color w:val="111111"/>
                <w:sz w:val="15"/>
              </w:rPr>
              <w:t xml:space="preserve"> American, sharp cheddar and Swiss all melt well.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cheese has to melt before the bread gets too dark.</w:t>
            </w:r>
            <w:r>
              <w:rPr>
                <w:b w:val="0"/>
                <w:i w:val="0"/>
                <w:color w:val="111111"/>
                <w:sz w:val="15"/>
              </w:rPr>
              <w:t xml:space="preserve"> Shredded cheese melts faster than sliced.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Choose a melting cheese.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Sliced cheese melts slower.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Hard cheese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Hard cheeses such as Parmesan and Manchego are better kept for a cheese board. A melting cheese such as American or cheddar goes in the sandwich.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Butter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pat melting and spreading across the pan.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Butter is the fat that browns the bread in the skillet.</w:t>
            </w:r>
            <w:r>
              <w:rPr>
                <w:b w:val="0"/>
                <w:i w:val="0"/>
                <w:color w:val="111111"/>
                <w:sz w:val="15"/>
              </w:rPr>
              <w:t xml:space="preserve"> The bread soaks up melted butter from the pan as it cooks.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Butter in the pan turns the bread crisp and golden.</w:t>
            </w:r>
            <w:r>
              <w:rPr>
                <w:b w:val="0"/>
                <w:i w:val="0"/>
                <w:color w:val="111111"/>
                <w:sz w:val="15"/>
              </w:rPr>
              <w:t xml:space="preserve"> One tablespoon per sandwich gives each side half a tablespoon.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Half a tablespoon per side.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Butter smoking or browning fast.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Mayonnaise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Mayonnaise is spread on the outside of the bread. Mayonnaise has a higher smoke point than butter, so it browns without burning.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Heat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burner knob set slightly lower than the middle.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Heat is how hot the skillet gets while the sandwich cooks.</w:t>
            </w:r>
            <w:r>
              <w:rPr>
                <w:b w:val="0"/>
                <w:i w:val="0"/>
                <w:color w:val="111111"/>
                <w:sz w:val="15"/>
              </w:rPr>
              <w:t xml:space="preserve"> Medium-low gives each side 3 to 5 minutes to turn golden.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Medium-low heat gives the cheese time to melt.</w:t>
            </w:r>
            <w:r>
              <w:rPr>
                <w:b w:val="0"/>
                <w:i w:val="0"/>
                <w:color w:val="111111"/>
                <w:sz w:val="15"/>
              </w:rPr>
              <w:t xml:space="preserve"> High heat can brown the bread before the cheese melts.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Rule of thumb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Keep the heat medium-low.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Watch for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Dark bread and cold cheese.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Lid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lid traps heat to melt the cheese faster. A lid can also steam the bread soft.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What’s worth arguing about?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Every camp makes a good sandwich, as long as the bread browns and the cheese melts.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Butter the bread or the pan?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Spreading about a tablespoon of butter on the outside of the bread works. Melting the same amount in the pan works too, and the bread soaks it up.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Butter or mayonnaise?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Butter soaks into the bread and tastes of butter. Mayonnaise has a higher smoke point, so it can brown the bread without burning.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Lid or no lid?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lid traps heat and melts the cheese faster. The trapped steam can also make the bread soggy.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Press it flat?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Don’t press the sandwich. Let each side cook undisturbed until it is golden.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18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Food Network Kitchen, A Precise Guide to Making Perfect Grilled Cheese Sandwiches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April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foodnetwork.com/how-to/packages/food-network-essentials/how-to-make-grilled-cheese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Food Network Kitchen, Grilled Cheese Sandwiches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foodnetwork.com/recipes/food-network-kitchen/grilled-cheese-sandwiches-recipe2-1944002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Epicurious, How to Make Crispy, Butter-Basted Grilled Cheese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January 2016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epicurious.com/expert-advice/extra-crispy-grilled-cheese-tip-article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King Arthur Baking, 5 Tips for the Best Grilled Cheese Ever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March 2015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kingarthurbaking.com/blog/2015/03/19/grilled-cheese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Grilled Cheese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crisp bread and melted cheese.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28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3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0.4.0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Grilled Cheese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footer" Target="footer3.xml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Grilled Cheese</dc:title>
  <dc:subject>A pocket-sized guide to crisp bread and melted cheese.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